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"מזמור" מאת אדמיאל קוסמן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הדובר ואת הנמען בשיר ואת היחס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השיר ואת האמצעים האמנותיים המרכזיים בו (אנפורה, חזרה, ניגוד)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השיר: קטנות, ענווה והקשר בין אדם לאל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להיעשות קטנטנים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הבקשה היא להיות קטנטנים, לא בריאות ופרנסה.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אנפורה שמסגרת את השיר.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אמצעי 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(המילה "אמן" פותחת את שני הבתים)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(המילה "קטנטנים" חוזרת ומדגישה את הבקשה)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(מילים כמו "פצפונים" יוצרות אינטימיות והומור)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בדרך כלל מבקשים מאלוהים בריאות, פרנסה או גאולה, ולא קטנות וענווה.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התייחסות לשתי האפשרויות ולפחות דוגמה אחת מהשיר (כגון "קטנטנים", "בגדל זרת").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דובר: בני האדם ("אנחנו"); נמען: 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הבקשה: להיעשות קטנטנים, בגדל 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לאמצעי: אנפורה (אמן), חזרה (קטנטנים) או ניגוד (גלקסיות מול זרת)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לפני התרגול ולהתמקד בלשון הילדותית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לקבוצות: קבוצה אחת תתמקד בדובר ובנמען, קבוצה שנייה באמצעים האמנותיים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פתוח על הפרשנויות השונות (ענווה מול מחאה) בלי לקבוע 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"מזמור" מאת אדמיאל קוסמן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"מזמור" מאת אדמיאל קוסמן הוא פנייה אל אלוהים, שבה בני האדם מבקשים להיות קטנטנים וצנועים. בדף זה נתרגל את מבנה השיר, את הדובר והנמען ואת האמצעים האמנותיים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קטנטנים  ·  אמן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הנמען בשיר "מזמור"?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אהובת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ילדי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חוזרת כאנפורה בשיר ופותחת את שני הבתים?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הללויה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מבקשים הדוברים מאלוהים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בריאות ופרנסה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גאולה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להיעשות קטנטנים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"מזמור" מבקש מאלוהים בריאות ופרנסה.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"אמן" חוזרת בפתיחת שני הבתים ובסיום השיר.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הדוברים בשיר מבקשים מאלוהים שיעשה אותם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"__________" פותחת את שני הבתים בשיר וגם חותמת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אמצעי 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מילים כמו "פצפונים" יוצרות אינטימיות והומור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המילה "אמן" פותחת את שני הבתים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לשון ילדית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המילה "קטנטנים" חוזרת ומדגישה את הבקשה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הבקשה "להיות קטנטנים" נחשבת מפתיעה.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שבה תסבירו אם לדעתכם הבקשה "תעשה אותנו קטנטנים" מבטאת ענווה רוחנית או מחאה שובבה, והביאו דוגמה מהשיר לתמיכה בעמדתכם.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הדובר ומי הנמען בשיר "מזמור"?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הבקשה המרכזית והמפתיעה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"מזמור" מאת אדמיאל קוסמן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