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"מזמור" מאת אדמיאל קוסמן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הדובר ואת הנמען בשיר ואת היחס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השיר ואת האמצעים האמנותיים המרכזיים בו (אנפורה, חזרה, ניגוד)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בנושאי השיר: קטנות, ענווה והקשר בין אדם לאל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להיעשות קטנטנים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שיר וגם פרק בתהילים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להעצים את הניגוד בין קטנות האדם לגדולת האל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קלילה וכמעט ילדותית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הבקשה היא להיות קטנטנים, לא בריאות ופרנסה.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אנפורה שמסגרת את השיר.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אין משקל קבוע, הלשון מדוברת.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בסיכום השיר.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מאירי ראה בשיר הזמנה לקרבה, לא קשר כוח.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קטנטנים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תהילים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הגענו לאלוהים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אמצעי אמנותי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(המילה "אמן" פותחת את שני הבתים)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(המילה "קטנטנים" חוזרת ומדגישה את הבקשה)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("בגדל זרת" - מידה קטנה ומוחשית)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(רשימת גלקסיות ושמשות מול קטנות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(מילים כמו "פצפונים" יוצרות אינטימיות והומור)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ניתוח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בדרך כלל מבקשים מאלוהים בריאות, פרנסה או גאולה, ולא קטנות וענווה.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יוצרת קרבה, חום והומור, ומרחיקה את השיר מתפילה רשמית.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לפי מאירי השיר מציע קשר אינטימי בין אדם לאל במקום יחסי כוח.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התייחסות לשתי האפשרויות ולפחות דוגמה אחת מהשיר (כגון "קטנטנים", "בגדל זרת").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שמתארת את הניגוד בין "זרת" לבין גלקסיות ושמשות, ומסבירה שהוא מדגיש את הקטנות האנושית ואת גדולת הבריאה.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דובר: בני האדם ("אנחנו"); נמען: אלוהים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הבקשה: להיעשות קטנטנים, בגדל 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לאמצעי: אנפורה (אמן), חזרה (קטנטנים) או ניגוד (גלקסיות מול זרת)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לפני התרגול ולהתמקד בלשון הילדותית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לקבוצות: קבוצה אחת תתמקד בדובר ובנמען, קבוצה שנייה באמצעים האמנותיים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דיון פתוח על הפרשנויות השונות (ענווה מול מחאה) בלי לקבוע תשובה אחת 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"מזמור" מאת אדמיאל קוסמן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"מזמור" מאת אדמיאל קוסמן הוא פנייה אל אלוהים, שבה בני האדם מבקשים להיות קטנטנים וצנועים. בדף זה נתרגל את מבנה השיר, את הדובר והנמען ואת האמצעים האמנותיים שבו.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הנמען בשיר "מזמור"?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אהובת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חוזרת כאנפורה בשיר ופותחת את שני הבתים?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הללויה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גלקסיות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מבקשים הדוברים מאלוהים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בריאות ופרנסה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להיעשות קטנטנים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כפל המשמעות של שם השיר "מזמור"?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זמר ובית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וגם פרק בתהילים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תפילה וקללה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כפל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תפקיד רשימת הגלקסיות והשמשות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טיול בחלל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שהאדם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להעצים את הניגוד בין קטנות האדם לגדולת האל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להציג ידע מדעי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כיצד מתואר הלשון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גבוהה ומליצית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קלילה וכמעט ילדותית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ארמית 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משפטית ורשמית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"מזמור" מבקש מאלוהים בריאות ופרנסה.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"אמן" חוזרת בפתיחת שני הבתים ובסיום השיר.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כתוב במשקל קבוע וחרוז סדיר.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הדוברים בשיר הם בגוף ראשון רבים, "אנחנו".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גלעד מאירי, השיר מציג קשר של כוח בין האדם לאל.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הדוברים בשיר מבקשים מאלוהים שיעשה אותם __________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"__________" פותחת את שני הבתים בשיר וגם חותמת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הדוברים מתארים את עצמם כ"קטנטנים... בגדל __________".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השיר "מזמור" הוא גם שם של פרק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השיר לקוח מתוך ספרו של קוסמן "__________".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אמצעי אמנותי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מילים כמו "פצפונים" יוצרות אינטימיות והומור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המילה "אמן" פותחת את שני הבתים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דימוי מן הגוף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רשימת גלקסיות ושמשות מול קטנות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המילה "קטנטנים" חוזרת ומדגישה את הבקשה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לשון ילדית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"בגדל זרת" - מידה קטנה ומוחשית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ניתוח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הבקשה "להיות קטנטנים" נחשבת מפתיעה.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הלשון הילדותית משפיעה על האופי של השיר?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הפרשנות של גלעד מאירי לשיר כ"הזמנה לקרבה"?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שבה תסבירו אם לדעתכם הבקשה "תעשה אותנו קטנטנים" מבטאת ענווה רוחנית או מחאה שובבה, והביאו דוגמה מהשיר לתמיכה בעמדתכם.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תמונת האדם הקטן לתמונת האל הגדול בשיר, והסבירו כיצד הניגוד הזה תורם למשמעות השיר.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הדובר ומי הנמען בשיר "מזמור"?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הבקשה המרכזית והמפתיעה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אמצעי אמנותי אחד בשיר והסבירו את תפקידו.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"מזמור" מאת אדמיאל קוסמן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